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C1B52" w14:textId="77777777" w:rsidR="00554137" w:rsidRDefault="00000000">
      <w:pPr>
        <w:jc w:val="center"/>
      </w:pPr>
      <w:r>
        <w:rPr>
          <w:b/>
          <w:sz w:val="44"/>
        </w:rPr>
        <w:t>DOULA SERVICES SUPERBILL</w:t>
      </w:r>
    </w:p>
    <w:p w14:paraId="3BF0D0FD" w14:textId="77777777" w:rsidR="00554137" w:rsidRDefault="0055413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4"/>
      </w:tblGrid>
      <w:tr w:rsidR="00554137" w14:paraId="3BBB1223" w14:textId="77777777">
        <w:trPr>
          <w:jc w:val="center"/>
        </w:trPr>
        <w:tc>
          <w:tcPr>
            <w:tcW w:w="4320" w:type="dxa"/>
          </w:tcPr>
          <w:p w14:paraId="208E4D3C" w14:textId="77777777" w:rsidR="00554137" w:rsidRDefault="00000000">
            <w:r>
              <w:t>PROVIDER INFORMATION</w:t>
            </w:r>
            <w:r>
              <w:br/>
            </w:r>
            <w:r>
              <w:br/>
              <w:t>Provider Name: ____________________________</w:t>
            </w:r>
            <w:r>
              <w:br/>
            </w:r>
            <w:r>
              <w:br/>
              <w:t>Business Name: ____________________________</w:t>
            </w:r>
            <w:r>
              <w:br/>
            </w:r>
            <w:r>
              <w:br/>
              <w:t>NPI: _____________________________________</w:t>
            </w:r>
            <w:r>
              <w:br/>
            </w:r>
            <w:r>
              <w:br/>
              <w:t>Tax ID / EIN: _____________________________</w:t>
            </w:r>
            <w:r>
              <w:br/>
            </w:r>
            <w:r>
              <w:br/>
              <w:t>Address: _________________________________</w:t>
            </w:r>
            <w:r>
              <w:br/>
            </w:r>
            <w:r>
              <w:br/>
              <w:t>Phone: __________________________________</w:t>
            </w:r>
            <w:r>
              <w:br/>
            </w:r>
            <w:r>
              <w:br/>
              <w:t>Email: __________________________________</w:t>
            </w:r>
          </w:p>
        </w:tc>
        <w:tc>
          <w:tcPr>
            <w:tcW w:w="4320" w:type="dxa"/>
          </w:tcPr>
          <w:p w14:paraId="0E35A9AD" w14:textId="77777777" w:rsidR="00554137" w:rsidRDefault="00000000">
            <w:r>
              <w:t>CLIENT INFORMATION</w:t>
            </w:r>
            <w:r>
              <w:br/>
            </w:r>
            <w:r>
              <w:br/>
              <w:t>Client Name: _____________________________</w:t>
            </w:r>
            <w:r>
              <w:br/>
            </w:r>
            <w:r>
              <w:br/>
              <w:t>Date of Birth: ___________________________</w:t>
            </w:r>
            <w:r>
              <w:br/>
            </w:r>
            <w:r>
              <w:br/>
              <w:t>Insurance Plan: __________________________</w:t>
            </w:r>
            <w:r>
              <w:br/>
            </w:r>
            <w:r>
              <w:br/>
              <w:t>Insurance ID: ____________________________</w:t>
            </w:r>
            <w:r>
              <w:br/>
            </w:r>
            <w:r>
              <w:br/>
              <w:t>Address: _________________________________</w:t>
            </w:r>
            <w:r>
              <w:br/>
            </w:r>
            <w:r>
              <w:br/>
              <w:t>Phone: __________________________________</w:t>
            </w:r>
          </w:p>
        </w:tc>
      </w:tr>
    </w:tbl>
    <w:p w14:paraId="12B39CB6" w14:textId="77777777" w:rsidR="00554137" w:rsidRDefault="00554137"/>
    <w:p w14:paraId="0F8FBD59" w14:textId="77777777" w:rsidR="00554137" w:rsidRDefault="00000000">
      <w:r>
        <w:rPr>
          <w:b/>
        </w:rPr>
        <w:t xml:space="preserve">Date of Issue: </w:t>
      </w:r>
      <w:r>
        <w:t>____________________________</w:t>
      </w:r>
    </w:p>
    <w:p w14:paraId="185FC0E6" w14:textId="77777777" w:rsidR="00554137" w:rsidRDefault="00554137"/>
    <w:p w14:paraId="2C77E88F" w14:textId="77777777" w:rsidR="00554137" w:rsidRDefault="00000000">
      <w:r>
        <w:rPr>
          <w:b/>
          <w:sz w:val="28"/>
        </w:rPr>
        <w:t>SERVICES RENDERED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8"/>
        <w:gridCol w:w="1438"/>
        <w:gridCol w:w="1440"/>
        <w:gridCol w:w="1438"/>
        <w:gridCol w:w="1438"/>
        <w:gridCol w:w="1438"/>
      </w:tblGrid>
      <w:tr w:rsidR="00554137" w14:paraId="204B8279" w14:textId="77777777">
        <w:trPr>
          <w:jc w:val="center"/>
        </w:trPr>
        <w:tc>
          <w:tcPr>
            <w:tcW w:w="1440" w:type="dxa"/>
          </w:tcPr>
          <w:p w14:paraId="0F2187D9" w14:textId="77777777" w:rsidR="00554137" w:rsidRDefault="00000000">
            <w:r>
              <w:t>Date</w:t>
            </w:r>
          </w:p>
        </w:tc>
        <w:tc>
          <w:tcPr>
            <w:tcW w:w="1440" w:type="dxa"/>
          </w:tcPr>
          <w:p w14:paraId="146557C4" w14:textId="77777777" w:rsidR="00554137" w:rsidRDefault="00000000">
            <w:r>
              <w:t>CPT Code</w:t>
            </w:r>
          </w:p>
        </w:tc>
        <w:tc>
          <w:tcPr>
            <w:tcW w:w="1440" w:type="dxa"/>
          </w:tcPr>
          <w:p w14:paraId="0EE4BC12" w14:textId="77777777" w:rsidR="00554137" w:rsidRDefault="00000000">
            <w:r>
              <w:t>Visit Type / Description</w:t>
            </w:r>
          </w:p>
        </w:tc>
        <w:tc>
          <w:tcPr>
            <w:tcW w:w="1440" w:type="dxa"/>
          </w:tcPr>
          <w:p w14:paraId="780FA50D" w14:textId="77777777" w:rsidR="00554137" w:rsidRDefault="00000000">
            <w:r>
              <w:t>Qty</w:t>
            </w:r>
          </w:p>
        </w:tc>
        <w:tc>
          <w:tcPr>
            <w:tcW w:w="1440" w:type="dxa"/>
          </w:tcPr>
          <w:p w14:paraId="0B3BCB80" w14:textId="77777777" w:rsidR="00554137" w:rsidRDefault="00000000">
            <w:r>
              <w:t>Unit Rate</w:t>
            </w:r>
          </w:p>
        </w:tc>
        <w:tc>
          <w:tcPr>
            <w:tcW w:w="1440" w:type="dxa"/>
          </w:tcPr>
          <w:p w14:paraId="0FFAB702" w14:textId="77777777" w:rsidR="00554137" w:rsidRDefault="00000000">
            <w:r>
              <w:t>Total</w:t>
            </w:r>
          </w:p>
        </w:tc>
      </w:tr>
      <w:tr w:rsidR="00554137" w14:paraId="2A16DA37" w14:textId="77777777">
        <w:trPr>
          <w:jc w:val="center"/>
        </w:trPr>
        <w:tc>
          <w:tcPr>
            <w:tcW w:w="1440" w:type="dxa"/>
          </w:tcPr>
          <w:p w14:paraId="0BD91F05" w14:textId="77777777" w:rsidR="00554137" w:rsidRDefault="00554137"/>
        </w:tc>
        <w:tc>
          <w:tcPr>
            <w:tcW w:w="1440" w:type="dxa"/>
          </w:tcPr>
          <w:p w14:paraId="2387CC19" w14:textId="77777777" w:rsidR="00554137" w:rsidRDefault="00554137"/>
        </w:tc>
        <w:tc>
          <w:tcPr>
            <w:tcW w:w="1440" w:type="dxa"/>
          </w:tcPr>
          <w:p w14:paraId="2BADA749" w14:textId="77777777" w:rsidR="00554137" w:rsidRDefault="00554137"/>
        </w:tc>
        <w:tc>
          <w:tcPr>
            <w:tcW w:w="1440" w:type="dxa"/>
          </w:tcPr>
          <w:p w14:paraId="3FF76AF2" w14:textId="77777777" w:rsidR="00554137" w:rsidRDefault="00554137"/>
        </w:tc>
        <w:tc>
          <w:tcPr>
            <w:tcW w:w="1440" w:type="dxa"/>
          </w:tcPr>
          <w:p w14:paraId="11CE8E13" w14:textId="77777777" w:rsidR="00554137" w:rsidRDefault="00554137"/>
        </w:tc>
        <w:tc>
          <w:tcPr>
            <w:tcW w:w="1440" w:type="dxa"/>
          </w:tcPr>
          <w:p w14:paraId="3C2D1F4E" w14:textId="77777777" w:rsidR="00554137" w:rsidRDefault="00554137"/>
        </w:tc>
      </w:tr>
      <w:tr w:rsidR="00554137" w14:paraId="158DD79C" w14:textId="77777777">
        <w:trPr>
          <w:jc w:val="center"/>
        </w:trPr>
        <w:tc>
          <w:tcPr>
            <w:tcW w:w="1440" w:type="dxa"/>
          </w:tcPr>
          <w:p w14:paraId="49BE3284" w14:textId="77777777" w:rsidR="00554137" w:rsidRDefault="00554137"/>
        </w:tc>
        <w:tc>
          <w:tcPr>
            <w:tcW w:w="1440" w:type="dxa"/>
          </w:tcPr>
          <w:p w14:paraId="20A4D72F" w14:textId="77777777" w:rsidR="00554137" w:rsidRDefault="00554137"/>
        </w:tc>
        <w:tc>
          <w:tcPr>
            <w:tcW w:w="1440" w:type="dxa"/>
          </w:tcPr>
          <w:p w14:paraId="6EDFE8C2" w14:textId="77777777" w:rsidR="00554137" w:rsidRDefault="00554137"/>
        </w:tc>
        <w:tc>
          <w:tcPr>
            <w:tcW w:w="1440" w:type="dxa"/>
          </w:tcPr>
          <w:p w14:paraId="1EF14DA5" w14:textId="77777777" w:rsidR="00554137" w:rsidRDefault="00554137"/>
        </w:tc>
        <w:tc>
          <w:tcPr>
            <w:tcW w:w="1440" w:type="dxa"/>
          </w:tcPr>
          <w:p w14:paraId="2A3C6D76" w14:textId="77777777" w:rsidR="00554137" w:rsidRDefault="00554137"/>
        </w:tc>
        <w:tc>
          <w:tcPr>
            <w:tcW w:w="1440" w:type="dxa"/>
          </w:tcPr>
          <w:p w14:paraId="6B401C62" w14:textId="77777777" w:rsidR="00554137" w:rsidRDefault="00554137"/>
        </w:tc>
      </w:tr>
      <w:tr w:rsidR="00554137" w14:paraId="67506280" w14:textId="77777777">
        <w:trPr>
          <w:jc w:val="center"/>
        </w:trPr>
        <w:tc>
          <w:tcPr>
            <w:tcW w:w="1440" w:type="dxa"/>
          </w:tcPr>
          <w:p w14:paraId="7D9546D2" w14:textId="77777777" w:rsidR="00554137" w:rsidRDefault="00554137"/>
        </w:tc>
        <w:tc>
          <w:tcPr>
            <w:tcW w:w="1440" w:type="dxa"/>
          </w:tcPr>
          <w:p w14:paraId="62CAED9C" w14:textId="77777777" w:rsidR="00554137" w:rsidRDefault="00554137"/>
        </w:tc>
        <w:tc>
          <w:tcPr>
            <w:tcW w:w="1440" w:type="dxa"/>
          </w:tcPr>
          <w:p w14:paraId="1E0A5550" w14:textId="77777777" w:rsidR="00554137" w:rsidRDefault="00554137"/>
        </w:tc>
        <w:tc>
          <w:tcPr>
            <w:tcW w:w="1440" w:type="dxa"/>
          </w:tcPr>
          <w:p w14:paraId="0D779729" w14:textId="77777777" w:rsidR="00554137" w:rsidRDefault="00554137"/>
        </w:tc>
        <w:tc>
          <w:tcPr>
            <w:tcW w:w="1440" w:type="dxa"/>
          </w:tcPr>
          <w:p w14:paraId="3FEEC31B" w14:textId="77777777" w:rsidR="00554137" w:rsidRDefault="00554137"/>
        </w:tc>
        <w:tc>
          <w:tcPr>
            <w:tcW w:w="1440" w:type="dxa"/>
          </w:tcPr>
          <w:p w14:paraId="45BFBA06" w14:textId="77777777" w:rsidR="00554137" w:rsidRDefault="00554137"/>
        </w:tc>
      </w:tr>
      <w:tr w:rsidR="00554137" w14:paraId="6DCF0DE5" w14:textId="77777777">
        <w:trPr>
          <w:jc w:val="center"/>
        </w:trPr>
        <w:tc>
          <w:tcPr>
            <w:tcW w:w="1440" w:type="dxa"/>
          </w:tcPr>
          <w:p w14:paraId="11DFBF0A" w14:textId="77777777" w:rsidR="00554137" w:rsidRDefault="00554137"/>
        </w:tc>
        <w:tc>
          <w:tcPr>
            <w:tcW w:w="1440" w:type="dxa"/>
          </w:tcPr>
          <w:p w14:paraId="4FB0A3BF" w14:textId="77777777" w:rsidR="00554137" w:rsidRDefault="00554137"/>
        </w:tc>
        <w:tc>
          <w:tcPr>
            <w:tcW w:w="1440" w:type="dxa"/>
          </w:tcPr>
          <w:p w14:paraId="4686AA4E" w14:textId="77777777" w:rsidR="00554137" w:rsidRDefault="00554137"/>
        </w:tc>
        <w:tc>
          <w:tcPr>
            <w:tcW w:w="1440" w:type="dxa"/>
          </w:tcPr>
          <w:p w14:paraId="37405CF6" w14:textId="77777777" w:rsidR="00554137" w:rsidRDefault="00554137"/>
        </w:tc>
        <w:tc>
          <w:tcPr>
            <w:tcW w:w="1440" w:type="dxa"/>
          </w:tcPr>
          <w:p w14:paraId="3B3B0F0D" w14:textId="77777777" w:rsidR="00554137" w:rsidRDefault="00554137"/>
        </w:tc>
        <w:tc>
          <w:tcPr>
            <w:tcW w:w="1440" w:type="dxa"/>
          </w:tcPr>
          <w:p w14:paraId="63BD3CB6" w14:textId="77777777" w:rsidR="00554137" w:rsidRDefault="00554137"/>
        </w:tc>
      </w:tr>
      <w:tr w:rsidR="00554137" w14:paraId="77A3CE77" w14:textId="77777777">
        <w:trPr>
          <w:jc w:val="center"/>
        </w:trPr>
        <w:tc>
          <w:tcPr>
            <w:tcW w:w="1440" w:type="dxa"/>
          </w:tcPr>
          <w:p w14:paraId="3B550D17" w14:textId="77777777" w:rsidR="00554137" w:rsidRDefault="00554137"/>
        </w:tc>
        <w:tc>
          <w:tcPr>
            <w:tcW w:w="1440" w:type="dxa"/>
          </w:tcPr>
          <w:p w14:paraId="48E411C8" w14:textId="77777777" w:rsidR="00554137" w:rsidRDefault="00554137"/>
        </w:tc>
        <w:tc>
          <w:tcPr>
            <w:tcW w:w="1440" w:type="dxa"/>
          </w:tcPr>
          <w:p w14:paraId="708B0B1B" w14:textId="77777777" w:rsidR="00554137" w:rsidRDefault="00554137"/>
        </w:tc>
        <w:tc>
          <w:tcPr>
            <w:tcW w:w="1440" w:type="dxa"/>
          </w:tcPr>
          <w:p w14:paraId="213608C4" w14:textId="77777777" w:rsidR="00554137" w:rsidRDefault="00554137"/>
        </w:tc>
        <w:tc>
          <w:tcPr>
            <w:tcW w:w="1440" w:type="dxa"/>
          </w:tcPr>
          <w:p w14:paraId="30FB07B8" w14:textId="77777777" w:rsidR="00554137" w:rsidRDefault="00554137"/>
        </w:tc>
        <w:tc>
          <w:tcPr>
            <w:tcW w:w="1440" w:type="dxa"/>
          </w:tcPr>
          <w:p w14:paraId="2963E062" w14:textId="77777777" w:rsidR="00554137" w:rsidRDefault="00554137"/>
        </w:tc>
      </w:tr>
      <w:tr w:rsidR="00554137" w14:paraId="13AD8C2D" w14:textId="77777777">
        <w:trPr>
          <w:jc w:val="center"/>
        </w:trPr>
        <w:tc>
          <w:tcPr>
            <w:tcW w:w="1440" w:type="dxa"/>
          </w:tcPr>
          <w:p w14:paraId="62349447" w14:textId="77777777" w:rsidR="00554137" w:rsidRDefault="00554137"/>
        </w:tc>
        <w:tc>
          <w:tcPr>
            <w:tcW w:w="1440" w:type="dxa"/>
          </w:tcPr>
          <w:p w14:paraId="16295B1C" w14:textId="77777777" w:rsidR="00554137" w:rsidRDefault="00554137"/>
        </w:tc>
        <w:tc>
          <w:tcPr>
            <w:tcW w:w="1440" w:type="dxa"/>
          </w:tcPr>
          <w:p w14:paraId="4B99098D" w14:textId="77777777" w:rsidR="00554137" w:rsidRDefault="00554137"/>
        </w:tc>
        <w:tc>
          <w:tcPr>
            <w:tcW w:w="1440" w:type="dxa"/>
          </w:tcPr>
          <w:p w14:paraId="491051E5" w14:textId="77777777" w:rsidR="00554137" w:rsidRDefault="00554137"/>
        </w:tc>
        <w:tc>
          <w:tcPr>
            <w:tcW w:w="1440" w:type="dxa"/>
          </w:tcPr>
          <w:p w14:paraId="122298B5" w14:textId="77777777" w:rsidR="00554137" w:rsidRDefault="00554137"/>
        </w:tc>
        <w:tc>
          <w:tcPr>
            <w:tcW w:w="1440" w:type="dxa"/>
          </w:tcPr>
          <w:p w14:paraId="54491B6A" w14:textId="77777777" w:rsidR="00554137" w:rsidRDefault="00554137"/>
        </w:tc>
      </w:tr>
      <w:tr w:rsidR="00554137" w14:paraId="08E654CC" w14:textId="77777777">
        <w:trPr>
          <w:jc w:val="center"/>
        </w:trPr>
        <w:tc>
          <w:tcPr>
            <w:tcW w:w="1440" w:type="dxa"/>
          </w:tcPr>
          <w:p w14:paraId="03E74596" w14:textId="77777777" w:rsidR="00554137" w:rsidRDefault="00554137"/>
        </w:tc>
        <w:tc>
          <w:tcPr>
            <w:tcW w:w="1440" w:type="dxa"/>
          </w:tcPr>
          <w:p w14:paraId="5A65378C" w14:textId="77777777" w:rsidR="00554137" w:rsidRDefault="00554137"/>
        </w:tc>
        <w:tc>
          <w:tcPr>
            <w:tcW w:w="1440" w:type="dxa"/>
          </w:tcPr>
          <w:p w14:paraId="7810EE91" w14:textId="77777777" w:rsidR="00554137" w:rsidRDefault="00554137"/>
        </w:tc>
        <w:tc>
          <w:tcPr>
            <w:tcW w:w="1440" w:type="dxa"/>
          </w:tcPr>
          <w:p w14:paraId="3C9D226B" w14:textId="77777777" w:rsidR="00554137" w:rsidRDefault="00554137"/>
        </w:tc>
        <w:tc>
          <w:tcPr>
            <w:tcW w:w="1440" w:type="dxa"/>
          </w:tcPr>
          <w:p w14:paraId="733E3284" w14:textId="77777777" w:rsidR="00554137" w:rsidRDefault="00554137"/>
        </w:tc>
        <w:tc>
          <w:tcPr>
            <w:tcW w:w="1440" w:type="dxa"/>
          </w:tcPr>
          <w:p w14:paraId="3424F561" w14:textId="77777777" w:rsidR="00554137" w:rsidRDefault="00554137"/>
        </w:tc>
      </w:tr>
      <w:tr w:rsidR="00554137" w14:paraId="1B3AC2BC" w14:textId="77777777">
        <w:trPr>
          <w:jc w:val="center"/>
        </w:trPr>
        <w:tc>
          <w:tcPr>
            <w:tcW w:w="1440" w:type="dxa"/>
          </w:tcPr>
          <w:p w14:paraId="074FBF53" w14:textId="77777777" w:rsidR="00554137" w:rsidRDefault="00554137"/>
        </w:tc>
        <w:tc>
          <w:tcPr>
            <w:tcW w:w="1440" w:type="dxa"/>
          </w:tcPr>
          <w:p w14:paraId="196B82E2" w14:textId="77777777" w:rsidR="00554137" w:rsidRDefault="00554137"/>
        </w:tc>
        <w:tc>
          <w:tcPr>
            <w:tcW w:w="1440" w:type="dxa"/>
          </w:tcPr>
          <w:p w14:paraId="4C88E6A0" w14:textId="77777777" w:rsidR="00554137" w:rsidRDefault="00554137"/>
        </w:tc>
        <w:tc>
          <w:tcPr>
            <w:tcW w:w="1440" w:type="dxa"/>
          </w:tcPr>
          <w:p w14:paraId="3B046FC0" w14:textId="77777777" w:rsidR="00554137" w:rsidRDefault="00554137"/>
        </w:tc>
        <w:tc>
          <w:tcPr>
            <w:tcW w:w="1440" w:type="dxa"/>
          </w:tcPr>
          <w:p w14:paraId="343FFA9B" w14:textId="77777777" w:rsidR="00554137" w:rsidRDefault="00554137"/>
        </w:tc>
        <w:tc>
          <w:tcPr>
            <w:tcW w:w="1440" w:type="dxa"/>
          </w:tcPr>
          <w:p w14:paraId="157DEEB1" w14:textId="77777777" w:rsidR="00554137" w:rsidRDefault="00554137"/>
        </w:tc>
      </w:tr>
      <w:tr w:rsidR="00554137" w14:paraId="22FCE747" w14:textId="77777777">
        <w:trPr>
          <w:jc w:val="center"/>
        </w:trPr>
        <w:tc>
          <w:tcPr>
            <w:tcW w:w="1440" w:type="dxa"/>
          </w:tcPr>
          <w:p w14:paraId="384D763F" w14:textId="77777777" w:rsidR="00554137" w:rsidRDefault="00554137"/>
        </w:tc>
        <w:tc>
          <w:tcPr>
            <w:tcW w:w="1440" w:type="dxa"/>
          </w:tcPr>
          <w:p w14:paraId="0EBE2176" w14:textId="77777777" w:rsidR="00554137" w:rsidRDefault="00554137"/>
        </w:tc>
        <w:tc>
          <w:tcPr>
            <w:tcW w:w="1440" w:type="dxa"/>
          </w:tcPr>
          <w:p w14:paraId="2F1665CA" w14:textId="77777777" w:rsidR="00554137" w:rsidRDefault="00554137"/>
        </w:tc>
        <w:tc>
          <w:tcPr>
            <w:tcW w:w="1440" w:type="dxa"/>
          </w:tcPr>
          <w:p w14:paraId="094BB986" w14:textId="77777777" w:rsidR="00554137" w:rsidRDefault="00554137"/>
        </w:tc>
        <w:tc>
          <w:tcPr>
            <w:tcW w:w="1440" w:type="dxa"/>
          </w:tcPr>
          <w:p w14:paraId="3918F391" w14:textId="77777777" w:rsidR="00554137" w:rsidRDefault="00554137"/>
        </w:tc>
        <w:tc>
          <w:tcPr>
            <w:tcW w:w="1440" w:type="dxa"/>
          </w:tcPr>
          <w:p w14:paraId="0D44C9C3" w14:textId="77777777" w:rsidR="00554137" w:rsidRDefault="00554137"/>
        </w:tc>
      </w:tr>
      <w:tr w:rsidR="00554137" w14:paraId="250C14C3" w14:textId="77777777">
        <w:trPr>
          <w:jc w:val="center"/>
        </w:trPr>
        <w:tc>
          <w:tcPr>
            <w:tcW w:w="1440" w:type="dxa"/>
          </w:tcPr>
          <w:p w14:paraId="5B41536D" w14:textId="77777777" w:rsidR="00554137" w:rsidRDefault="00554137"/>
        </w:tc>
        <w:tc>
          <w:tcPr>
            <w:tcW w:w="1440" w:type="dxa"/>
          </w:tcPr>
          <w:p w14:paraId="742A651F" w14:textId="77777777" w:rsidR="00554137" w:rsidRDefault="00554137"/>
        </w:tc>
        <w:tc>
          <w:tcPr>
            <w:tcW w:w="1440" w:type="dxa"/>
          </w:tcPr>
          <w:p w14:paraId="19763F04" w14:textId="77777777" w:rsidR="00554137" w:rsidRDefault="00554137"/>
        </w:tc>
        <w:tc>
          <w:tcPr>
            <w:tcW w:w="1440" w:type="dxa"/>
          </w:tcPr>
          <w:p w14:paraId="685C2D87" w14:textId="77777777" w:rsidR="00554137" w:rsidRDefault="00554137"/>
        </w:tc>
        <w:tc>
          <w:tcPr>
            <w:tcW w:w="1440" w:type="dxa"/>
          </w:tcPr>
          <w:p w14:paraId="334B9346" w14:textId="77777777" w:rsidR="00554137" w:rsidRDefault="00554137"/>
        </w:tc>
        <w:tc>
          <w:tcPr>
            <w:tcW w:w="1440" w:type="dxa"/>
          </w:tcPr>
          <w:p w14:paraId="755DA83D" w14:textId="77777777" w:rsidR="00554137" w:rsidRDefault="00554137"/>
        </w:tc>
      </w:tr>
    </w:tbl>
    <w:p w14:paraId="5B854631" w14:textId="77777777" w:rsidR="00554137" w:rsidRDefault="00554137"/>
    <w:p w14:paraId="22E2BF56" w14:textId="77777777" w:rsidR="00554137" w:rsidRDefault="00000000">
      <w:r>
        <w:rPr>
          <w:b/>
        </w:rPr>
        <w:t xml:space="preserve">TOTAL CHARGES DUE: </w:t>
      </w:r>
      <w:r>
        <w:t>____________________________</w:t>
      </w:r>
    </w:p>
    <w:p w14:paraId="6FD3118B" w14:textId="77777777" w:rsidR="00554137" w:rsidRDefault="00554137"/>
    <w:p w14:paraId="0F54F065" w14:textId="77777777" w:rsidR="00554137" w:rsidRDefault="00000000">
      <w:r>
        <w:rPr>
          <w:b/>
          <w:sz w:val="28"/>
        </w:rPr>
        <w:t>CERTIFICATIONS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554137" w14:paraId="5CD6BD41" w14:textId="77777777">
        <w:tc>
          <w:tcPr>
            <w:tcW w:w="4320" w:type="dxa"/>
          </w:tcPr>
          <w:p w14:paraId="4896FF93" w14:textId="77777777" w:rsidR="00554137" w:rsidRDefault="00000000">
            <w:r>
              <w:t xml:space="preserve">I certify that the services listed above were </w:t>
            </w:r>
            <w:r>
              <w:lastRenderedPageBreak/>
              <w:t>provided to the client identified, and that the information is true and correct to the best of my knowledge.</w:t>
            </w:r>
            <w:r>
              <w:br/>
            </w:r>
            <w:r>
              <w:br/>
              <w:t>Provider Signature: ______________________</w:t>
            </w:r>
            <w:r>
              <w:br/>
            </w:r>
            <w:r>
              <w:br/>
              <w:t>Date: ___________________________________</w:t>
            </w:r>
          </w:p>
        </w:tc>
        <w:tc>
          <w:tcPr>
            <w:tcW w:w="4320" w:type="dxa"/>
          </w:tcPr>
          <w:p w14:paraId="63D77CAC" w14:textId="77777777" w:rsidR="00554137" w:rsidRDefault="00000000">
            <w:r>
              <w:lastRenderedPageBreak/>
              <w:t xml:space="preserve">I acknowledge receipt of the services listed </w:t>
            </w:r>
            <w:r>
              <w:lastRenderedPageBreak/>
              <w:t>above. (Optional)</w:t>
            </w:r>
            <w:r>
              <w:br/>
            </w:r>
            <w:r>
              <w:br/>
              <w:t>Client Signature: ________________________</w:t>
            </w:r>
            <w:r>
              <w:br/>
            </w:r>
            <w:r>
              <w:br/>
              <w:t>Date: ___________________________________</w:t>
            </w:r>
          </w:p>
        </w:tc>
      </w:tr>
    </w:tbl>
    <w:p w14:paraId="35276099" w14:textId="77777777" w:rsidR="00554137" w:rsidRDefault="00554137"/>
    <w:p w14:paraId="7C3DEF41" w14:textId="77777777" w:rsidR="00554137" w:rsidRDefault="00554137"/>
    <w:p w14:paraId="6F1095D5" w14:textId="77777777" w:rsidR="00554137" w:rsidRDefault="00000000">
      <w:pPr>
        <w:jc w:val="center"/>
      </w:pPr>
      <w:r>
        <w:t>Confidential Client Document</w:t>
      </w:r>
    </w:p>
    <w:sectPr w:rsidR="0055413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7401844">
    <w:abstractNumId w:val="8"/>
  </w:num>
  <w:num w:numId="2" w16cid:durableId="1801725614">
    <w:abstractNumId w:val="6"/>
  </w:num>
  <w:num w:numId="3" w16cid:durableId="844444442">
    <w:abstractNumId w:val="5"/>
  </w:num>
  <w:num w:numId="4" w16cid:durableId="326715667">
    <w:abstractNumId w:val="4"/>
  </w:num>
  <w:num w:numId="5" w16cid:durableId="1017580018">
    <w:abstractNumId w:val="7"/>
  </w:num>
  <w:num w:numId="6" w16cid:durableId="1012534157">
    <w:abstractNumId w:val="3"/>
  </w:num>
  <w:num w:numId="7" w16cid:durableId="1202133429">
    <w:abstractNumId w:val="2"/>
  </w:num>
  <w:num w:numId="8" w16cid:durableId="979580169">
    <w:abstractNumId w:val="1"/>
  </w:num>
  <w:num w:numId="9" w16cid:durableId="27868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4137"/>
    <w:rsid w:val="00820327"/>
    <w:rsid w:val="008634A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B60859"/>
  <w14:defaultImageDpi w14:val="300"/>
  <w15:docId w15:val="{856D7401-94EE-604F-A0B1-176CEA70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1124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Olivia Cline</cp:lastModifiedBy>
  <cp:revision>2</cp:revision>
  <dcterms:created xsi:type="dcterms:W3CDTF">2026-05-24T03:47:00Z</dcterms:created>
  <dcterms:modified xsi:type="dcterms:W3CDTF">2026-05-24T03:47:00Z</dcterms:modified>
  <cp:category/>
</cp:coreProperties>
</file>